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5F0C9" w14:textId="77777777" w:rsidR="00B83941" w:rsidRDefault="00000000">
      <w:pPr>
        <w:jc w:val="both"/>
      </w:pPr>
      <w:r>
        <w:t>..........................................................</w:t>
      </w:r>
    </w:p>
    <w:p w14:paraId="7EE31081" w14:textId="77777777" w:rsidR="00B83941" w:rsidRDefault="00000000">
      <w:pPr>
        <w:jc w:val="both"/>
      </w:pPr>
      <w:r>
        <w:t>(imię i nazwisko wnioskodawcy)</w:t>
      </w:r>
    </w:p>
    <w:p w14:paraId="67FD1B9F" w14:textId="77777777" w:rsidR="00B83941" w:rsidRDefault="00000000">
      <w:pPr>
        <w:jc w:val="both"/>
      </w:pPr>
      <w:r>
        <w:t>..........................................................</w:t>
      </w:r>
    </w:p>
    <w:p w14:paraId="74199F37" w14:textId="77777777" w:rsidR="00B83941" w:rsidRDefault="00000000">
      <w:pPr>
        <w:jc w:val="both"/>
      </w:pPr>
      <w:r>
        <w:t>(adres do korespondencji)</w:t>
      </w:r>
    </w:p>
    <w:p w14:paraId="15FDF5DF" w14:textId="77777777" w:rsidR="00B83941" w:rsidRDefault="00000000">
      <w:pPr>
        <w:jc w:val="both"/>
      </w:pPr>
      <w:r>
        <w:t>..........................................................</w:t>
      </w:r>
    </w:p>
    <w:p w14:paraId="4ACE2D46" w14:textId="77777777" w:rsidR="00B83941" w:rsidRDefault="00000000">
      <w:pPr>
        <w:jc w:val="both"/>
      </w:pPr>
      <w:r>
        <w:t>(telefon kontaktowy, adres poczty elektronicznej)</w:t>
      </w:r>
    </w:p>
    <w:p w14:paraId="62ABB849" w14:textId="77777777" w:rsidR="00B83941" w:rsidRDefault="00B83941"/>
    <w:p w14:paraId="70C9AAE6" w14:textId="77777777" w:rsidR="00B83941" w:rsidRDefault="00000000">
      <w:pPr>
        <w:jc w:val="right"/>
      </w:pPr>
      <w:r>
        <w:t>.........................., dnia .......... 20...... r.</w:t>
      </w:r>
    </w:p>
    <w:p w14:paraId="03AE265B" w14:textId="77777777" w:rsidR="00B83941" w:rsidRDefault="00B83941"/>
    <w:p w14:paraId="4B021AA5" w14:textId="77777777" w:rsidR="00B83941" w:rsidRDefault="00000000">
      <w:pPr>
        <w:jc w:val="right"/>
      </w:pPr>
      <w:r>
        <w:rPr>
          <w:b/>
        </w:rPr>
        <w:t>Dyrektor</w:t>
      </w:r>
    </w:p>
    <w:p w14:paraId="2AC4FE84" w14:textId="77777777" w:rsidR="00B83941" w:rsidRDefault="00000000">
      <w:pPr>
        <w:jc w:val="right"/>
      </w:pPr>
      <w:r>
        <w:t>..............................................</w:t>
      </w:r>
    </w:p>
    <w:p w14:paraId="6264C7DF" w14:textId="77777777" w:rsidR="00B83941" w:rsidRDefault="00000000">
      <w:pPr>
        <w:jc w:val="right"/>
      </w:pPr>
      <w:r>
        <w:t>(nazwa szkoły)</w:t>
      </w:r>
    </w:p>
    <w:p w14:paraId="4F549F83" w14:textId="77777777" w:rsidR="00B83941" w:rsidRDefault="00B83941"/>
    <w:p w14:paraId="7C7834D6" w14:textId="77777777" w:rsidR="00B83941" w:rsidRDefault="00000000">
      <w:pPr>
        <w:keepNext/>
        <w:jc w:val="center"/>
      </w:pPr>
      <w:r>
        <w:rPr>
          <w:b/>
          <w:sz w:val="28"/>
        </w:rPr>
        <w:t>WNIOSEK</w:t>
      </w:r>
    </w:p>
    <w:p w14:paraId="2A8FE430" w14:textId="77777777" w:rsidR="00B83941" w:rsidRDefault="00000000">
      <w:pPr>
        <w:keepNext/>
        <w:jc w:val="center"/>
      </w:pPr>
      <w:r>
        <w:rPr>
          <w:b/>
        </w:rPr>
        <w:t>o wyrażenie zgody na korzystanie przez ucznia z telefonu komórkowego lub innego urządzenia elektronicznego ze względu na stan zdrowia</w:t>
      </w:r>
    </w:p>
    <w:p w14:paraId="6D31D562" w14:textId="77777777" w:rsidR="00B83941" w:rsidRDefault="00B83941"/>
    <w:p w14:paraId="2BD4098A" w14:textId="77777777" w:rsidR="00B83941" w:rsidRDefault="00000000">
      <w:pPr>
        <w:spacing w:before="120"/>
        <w:jc w:val="both"/>
      </w:pPr>
      <w:r>
        <w:t>Na podstawie art. 98a ust. 2 pkt 2 ustawy z dnia 14 grudnia 2016 r. - Prawo oświatowe, w brzmieniu nadanym ustawą z dnia .......... o zmianie ustawy - Prawo oświatowe (Dz. U. z 2026 r. poz. ......) wnoszę o wyrażenie zgody, aby uczeń:</w:t>
      </w:r>
    </w:p>
    <w:p w14:paraId="007EAD35" w14:textId="77777777" w:rsidR="00B83941" w:rsidRDefault="00000000">
      <w:pPr>
        <w:spacing w:before="120"/>
        <w:jc w:val="both"/>
      </w:pPr>
      <w:r>
        <w:t>..........................................................................................................</w:t>
      </w:r>
    </w:p>
    <w:p w14:paraId="16C774F7" w14:textId="77777777" w:rsidR="00B83941" w:rsidRDefault="00000000">
      <w:pPr>
        <w:jc w:val="both"/>
      </w:pPr>
      <w:r>
        <w:rPr>
          <w:sz w:val="18"/>
        </w:rPr>
        <w:t>(imię i nazwisko ucznia, klasa/oddział)</w:t>
      </w:r>
    </w:p>
    <w:p w14:paraId="7CDEEFBC" w14:textId="77777777" w:rsidR="00B83941" w:rsidRDefault="00000000">
      <w:pPr>
        <w:spacing w:before="120"/>
        <w:jc w:val="both"/>
      </w:pPr>
      <w:r>
        <w:t>mógł korzystać z telefonu komórkowego lub innego urządzenia elektronicznego umożliwiającego porozumiewanie się na odległość lub rejestrowanie obrazu lub dźwięku podczas pobytu na terenie szkoły w związku z realizacją zajęć dydaktycznych, wychowawczych i opiekuńczych oraz podczas zajęć edukacyjnych organizowanych poza terenem szkoły.</w:t>
      </w:r>
    </w:p>
    <w:p w14:paraId="0F9FF9FF" w14:textId="77777777" w:rsidR="00B83941" w:rsidRDefault="00000000">
      <w:pPr>
        <w:keepNext/>
        <w:spacing w:before="240"/>
        <w:jc w:val="both"/>
      </w:pPr>
      <w:r>
        <w:rPr>
          <w:b/>
        </w:rPr>
        <w:t>I. Przyczyna złożenia wniosku</w:t>
      </w:r>
    </w:p>
    <w:p w14:paraId="07465CB8" w14:textId="77777777" w:rsidR="00B83941" w:rsidRDefault="00000000">
      <w:pPr>
        <w:jc w:val="both"/>
      </w:pPr>
      <w:r>
        <w:rPr>
          <w:i/>
          <w:sz w:val="18"/>
        </w:rPr>
        <w:t>Proszę zaznaczyć właściwe:</w:t>
      </w:r>
    </w:p>
    <w:p w14:paraId="315FB159" w14:textId="77777777" w:rsidR="00B83941" w:rsidRDefault="00000000">
      <w:pPr>
        <w:spacing w:before="60"/>
        <w:ind w:left="340"/>
        <w:jc w:val="both"/>
      </w:pPr>
      <w:r>
        <w:t>☐  choroba</w:t>
      </w:r>
    </w:p>
    <w:p w14:paraId="3F236724" w14:textId="77777777" w:rsidR="00B83941" w:rsidRDefault="00000000">
      <w:pPr>
        <w:spacing w:before="60"/>
        <w:ind w:left="340"/>
        <w:jc w:val="both"/>
      </w:pPr>
      <w:r>
        <w:t>☐  niepełnosprawność</w:t>
      </w:r>
    </w:p>
    <w:p w14:paraId="4C38B8AD" w14:textId="77777777" w:rsidR="00B83941" w:rsidRDefault="00000000">
      <w:pPr>
        <w:spacing w:before="60"/>
        <w:ind w:left="340"/>
        <w:jc w:val="both"/>
      </w:pPr>
      <w:r>
        <w:t>☐  inne szczególne potrzeby</w:t>
      </w:r>
    </w:p>
    <w:p w14:paraId="3711B491" w14:textId="77777777" w:rsidR="00B83941" w:rsidRDefault="00000000">
      <w:pPr>
        <w:keepNext/>
        <w:spacing w:before="240"/>
        <w:jc w:val="both"/>
      </w:pPr>
      <w:r>
        <w:rPr>
          <w:b/>
        </w:rPr>
        <w:t>II. Sprzęt lub aplikacja, z których uczeń ma korzystać</w:t>
      </w:r>
    </w:p>
    <w:p w14:paraId="3D48F1D9" w14:textId="77777777" w:rsidR="00B83941" w:rsidRDefault="00000000">
      <w:pPr>
        <w:jc w:val="both"/>
      </w:pPr>
      <w:r>
        <w:rPr>
          <w:i/>
          <w:sz w:val="18"/>
        </w:rPr>
        <w:t>Proszę zaznaczyć właściwe i opisać:</w:t>
      </w:r>
    </w:p>
    <w:p w14:paraId="3272DD23" w14:textId="77777777" w:rsidR="00B83941" w:rsidRDefault="00000000">
      <w:pPr>
        <w:spacing w:before="60"/>
        <w:ind w:left="340"/>
        <w:jc w:val="both"/>
      </w:pPr>
      <w:r>
        <w:t>☐  odpowiedni sprzęt specjalistyczny - rodzaj: ...........................................................</w:t>
      </w:r>
    </w:p>
    <w:p w14:paraId="7B9A503E" w14:textId="77777777" w:rsidR="00B83941" w:rsidRDefault="00000000">
      <w:pPr>
        <w:spacing w:before="60"/>
        <w:ind w:left="340"/>
        <w:jc w:val="both"/>
      </w:pPr>
      <w:r>
        <w:t>☐  aplikacja mobilna służąca do monitorowania stanu zdrowia - nazwa: .....................................</w:t>
      </w:r>
    </w:p>
    <w:p w14:paraId="6A055421" w14:textId="77777777" w:rsidR="00B83941" w:rsidRDefault="00000000">
      <w:pPr>
        <w:spacing w:before="120"/>
        <w:jc w:val="both"/>
      </w:pPr>
      <w:r>
        <w:t>Sposób korzystania (kiedy, jak często, czy wymaga reakcji ucznia, czy działa automatycznie):</w:t>
      </w:r>
    </w:p>
    <w:p w14:paraId="69796EB2" w14:textId="77777777" w:rsidR="00B83941" w:rsidRDefault="00000000">
      <w:pPr>
        <w:jc w:val="both"/>
      </w:pPr>
      <w:r>
        <w:t>..........................................................................................................</w:t>
      </w:r>
    </w:p>
    <w:p w14:paraId="72989467" w14:textId="77777777" w:rsidR="00B83941" w:rsidRDefault="00000000">
      <w:pPr>
        <w:jc w:val="both"/>
      </w:pPr>
      <w:r>
        <w:t>..........................................................................................................</w:t>
      </w:r>
    </w:p>
    <w:p w14:paraId="62822947" w14:textId="77777777" w:rsidR="00B83941" w:rsidRDefault="00000000">
      <w:pPr>
        <w:jc w:val="both"/>
      </w:pPr>
      <w:r>
        <w:t>..........................................................................................................</w:t>
      </w:r>
    </w:p>
    <w:p w14:paraId="36767E5B" w14:textId="77777777" w:rsidR="00B83941" w:rsidRDefault="00000000">
      <w:pPr>
        <w:keepNext/>
        <w:spacing w:before="240"/>
        <w:jc w:val="both"/>
      </w:pPr>
      <w:r>
        <w:rPr>
          <w:b/>
        </w:rPr>
        <w:t>III. Okres, na jaki wnioskuję o zgodę</w:t>
      </w:r>
    </w:p>
    <w:p w14:paraId="7ADA42AB" w14:textId="77777777" w:rsidR="00B83941" w:rsidRDefault="00000000">
      <w:pPr>
        <w:spacing w:before="60"/>
        <w:ind w:left="340"/>
        <w:jc w:val="both"/>
      </w:pPr>
      <w:r>
        <w:t>☐  na czas nauki w szkole          ☐  na rok szkolny 20...... /20......          ☐  od .......... do ..........</w:t>
      </w:r>
    </w:p>
    <w:p w14:paraId="223CA39E" w14:textId="77777777" w:rsidR="00B83941" w:rsidRDefault="00000000">
      <w:pPr>
        <w:keepNext/>
        <w:spacing w:before="240"/>
        <w:jc w:val="both"/>
      </w:pPr>
      <w:r>
        <w:rPr>
          <w:b/>
        </w:rPr>
        <w:t>IV. Oświadczenia</w:t>
      </w:r>
    </w:p>
    <w:p w14:paraId="0B5DA3DE" w14:textId="77777777" w:rsidR="00B83941" w:rsidRDefault="00000000">
      <w:pPr>
        <w:spacing w:before="80"/>
        <w:ind w:left="340"/>
        <w:jc w:val="both"/>
      </w:pPr>
      <w:r>
        <w:t>☐  Oświadczam, że okoliczności podane we wniosku są zgodne z prawdą, a korzystanie ze wskazanego sprzętu lub aplikacji jest konieczne ze względu na stan zdrowia ucznia.</w:t>
      </w:r>
    </w:p>
    <w:p w14:paraId="2264295B" w14:textId="77777777" w:rsidR="00B83941" w:rsidRDefault="00000000">
      <w:pPr>
        <w:spacing w:before="80"/>
        <w:ind w:left="340"/>
        <w:jc w:val="both"/>
      </w:pPr>
      <w:r>
        <w:t>☐  Zobowiązuję się niezwłocznie poinformować dyrektora szkoły o ustaniu przyczyny, dla której zgoda została wydana.</w:t>
      </w:r>
    </w:p>
    <w:p w14:paraId="77935A40" w14:textId="77777777" w:rsidR="00B83941" w:rsidRDefault="00000000">
      <w:pPr>
        <w:spacing w:before="80"/>
        <w:ind w:left="340"/>
        <w:jc w:val="both"/>
      </w:pPr>
      <w:r>
        <w:lastRenderedPageBreak/>
        <w:t>☐  Przyjmuję do wiadomości, że zgoda dotyczy wyłącznie korzystania ze wskazanego sprzętu lub aplikacji w celu, o którym mowa we wniosku, i nie uprawnia ucznia do korzystania z telefonu w innych celach.</w:t>
      </w:r>
    </w:p>
    <w:p w14:paraId="6AFA536A" w14:textId="77777777" w:rsidR="00B83941" w:rsidRDefault="00000000">
      <w:pPr>
        <w:spacing w:before="80"/>
        <w:ind w:left="340"/>
        <w:jc w:val="both"/>
      </w:pPr>
      <w:r>
        <w:t>☐  Zobowiązuję się do przekazania uczniowi informacji o zakresie i warunkach udzielonej zgody.</w:t>
      </w:r>
    </w:p>
    <w:p w14:paraId="205F079D" w14:textId="77777777" w:rsidR="00B83941" w:rsidRDefault="00000000">
      <w:pPr>
        <w:keepNext/>
        <w:spacing w:before="240"/>
        <w:jc w:val="both"/>
      </w:pPr>
      <w:r>
        <w:rPr>
          <w:b/>
        </w:rPr>
        <w:t>V. Załączniki - dobrowolne</w:t>
      </w:r>
    </w:p>
    <w:p w14:paraId="78B3E07B" w14:textId="77777777" w:rsidR="00B83941" w:rsidRDefault="00000000">
      <w:pPr>
        <w:jc w:val="both"/>
      </w:pPr>
      <w:r>
        <w:rPr>
          <w:i/>
          <w:sz w:val="18"/>
        </w:rPr>
        <w:t>Szkoła nie wymaga dołączenia do wniosku dokumentacji medycznej. Jeżeli uznają Państwo za zasadne dołączenie dokumentu potwierdzającego okoliczności podane we wniosku, proszę zaznaczyć poniżej. Nieprzedłożenie żadnego dokumentu nie stanowi podstawy odmowy wyrażenia zgody.</w:t>
      </w:r>
    </w:p>
    <w:p w14:paraId="27B7D5B5" w14:textId="77777777" w:rsidR="00B83941" w:rsidRDefault="00000000">
      <w:pPr>
        <w:spacing w:before="60"/>
        <w:ind w:left="340"/>
        <w:jc w:val="both"/>
      </w:pPr>
      <w:r>
        <w:t>☐  nie dołączam żadnego dokumentu</w:t>
      </w:r>
    </w:p>
    <w:p w14:paraId="528E4084" w14:textId="77777777" w:rsidR="00B83941" w:rsidRDefault="00000000">
      <w:pPr>
        <w:spacing w:before="60"/>
        <w:ind w:left="340"/>
        <w:jc w:val="both"/>
      </w:pPr>
      <w:r>
        <w:t>☐  zaświadczenie lekarskie</w:t>
      </w:r>
    </w:p>
    <w:p w14:paraId="364DF7E6" w14:textId="77777777" w:rsidR="00B83941" w:rsidRDefault="00000000">
      <w:pPr>
        <w:spacing w:before="60"/>
        <w:ind w:left="340"/>
        <w:jc w:val="both"/>
      </w:pPr>
      <w:r>
        <w:t>☐  kopia orzeczenia o niepełnosprawności lub o stopniu niepełnosprawności</w:t>
      </w:r>
    </w:p>
    <w:p w14:paraId="682BF444" w14:textId="77777777" w:rsidR="00B83941" w:rsidRDefault="00000000">
      <w:pPr>
        <w:spacing w:before="60"/>
        <w:ind w:left="340"/>
        <w:jc w:val="both"/>
      </w:pPr>
      <w:r>
        <w:t>☐  inny dokument: .......................................................................................</w:t>
      </w:r>
    </w:p>
    <w:p w14:paraId="7946BA01" w14:textId="77777777" w:rsidR="00B83941" w:rsidRDefault="00000000">
      <w:pPr>
        <w:spacing w:before="60"/>
        <w:ind w:left="340"/>
        <w:jc w:val="both"/>
      </w:pPr>
      <w:r>
        <w:t>☐  wnoszę o wykorzystanie dokumentu znajdującego się już w dokumentacji szkoły - wskazanie dokumentu: ................................................................................................</w:t>
      </w:r>
    </w:p>
    <w:p w14:paraId="295AA862" w14:textId="77777777" w:rsidR="00B83941" w:rsidRDefault="00B83941"/>
    <w:p w14:paraId="15FA805C" w14:textId="77777777" w:rsidR="00B83941" w:rsidRDefault="00000000">
      <w:pPr>
        <w:jc w:val="right"/>
      </w:pPr>
      <w:r>
        <w:t>..............................................</w:t>
      </w:r>
    </w:p>
    <w:p w14:paraId="461B0B35" w14:textId="77777777" w:rsidR="00B83941" w:rsidRDefault="00000000">
      <w:pPr>
        <w:jc w:val="right"/>
      </w:pPr>
      <w:r>
        <w:rPr>
          <w:sz w:val="18"/>
        </w:rPr>
        <w:t>(podpis rodzica albo pełnoletniego ucznia)</w:t>
      </w:r>
    </w:p>
    <w:p w14:paraId="1689DC87" w14:textId="77777777" w:rsidR="00B83941" w:rsidRDefault="00B83941"/>
    <w:p w14:paraId="41DDEC94" w14:textId="18DA984A" w:rsidR="00B83941" w:rsidRDefault="00B83941">
      <w:pPr>
        <w:spacing w:before="160"/>
        <w:jc w:val="both"/>
      </w:pPr>
    </w:p>
    <w:sectPr w:rsidR="00B83941" w:rsidSect="00034616">
      <w:headerReference w:type="default" r:id="rId8"/>
      <w:footerReference w:type="default" r:id="rId9"/>
      <w:pgSz w:w="11906" w:h="16838"/>
      <w:pgMar w:top="850" w:right="1134" w:bottom="85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A0013" w14:textId="77777777" w:rsidR="00B41E05" w:rsidRDefault="00B41E05">
      <w:r>
        <w:separator/>
      </w:r>
    </w:p>
  </w:endnote>
  <w:endnote w:type="continuationSeparator" w:id="0">
    <w:p w14:paraId="702ECB32" w14:textId="77777777" w:rsidR="00B41E05" w:rsidRDefault="00B41E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E6BFE" w14:textId="77777777" w:rsidR="00B83941" w:rsidRDefault="00B8394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BE59E" w14:textId="77777777" w:rsidR="00B41E05" w:rsidRDefault="00B41E05">
      <w:r>
        <w:separator/>
      </w:r>
    </w:p>
  </w:footnote>
  <w:footnote w:type="continuationSeparator" w:id="0">
    <w:p w14:paraId="4640F754" w14:textId="77777777" w:rsidR="00B41E05" w:rsidRDefault="00B41E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005F4" w14:textId="77777777" w:rsidR="00B83941" w:rsidRDefault="00B8394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631137328">
    <w:abstractNumId w:val="8"/>
  </w:num>
  <w:num w:numId="2" w16cid:durableId="328601375">
    <w:abstractNumId w:val="6"/>
  </w:num>
  <w:num w:numId="3" w16cid:durableId="1528178117">
    <w:abstractNumId w:val="5"/>
  </w:num>
  <w:num w:numId="4" w16cid:durableId="1760832796">
    <w:abstractNumId w:val="4"/>
  </w:num>
  <w:num w:numId="5" w16cid:durableId="1765876193">
    <w:abstractNumId w:val="7"/>
  </w:num>
  <w:num w:numId="6" w16cid:durableId="1097680569">
    <w:abstractNumId w:val="3"/>
  </w:num>
  <w:num w:numId="7" w16cid:durableId="389694477">
    <w:abstractNumId w:val="2"/>
  </w:num>
  <w:num w:numId="8" w16cid:durableId="1414888044">
    <w:abstractNumId w:val="1"/>
  </w:num>
  <w:num w:numId="9" w16cid:durableId="417215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AA1D8D"/>
    <w:rsid w:val="00B41E05"/>
    <w:rsid w:val="00B47730"/>
    <w:rsid w:val="00B83941"/>
    <w:rsid w:val="00CB0664"/>
    <w:rsid w:val="00E430F4"/>
    <w:rsid w:val="00F5546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4C9393"/>
  <w14:defaultImageDpi w14:val="300"/>
  <w15:docId w15:val="{0FE85172-8B86-4435-906A-4F6AD3EBF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0" w:line="240" w:lineRule="auto"/>
    </w:pPr>
    <w:rPr>
      <w:rFonts w:ascii="Calibri" w:hAnsi="Calibri"/>
    </w:rPr>
  </w:style>
  <w:style w:type="paragraph" w:styleId="Nagwek1">
    <w:name w:val="heading 1"/>
    <w:basedOn w:val="Normalny"/>
    <w:next w:val="Normalny"/>
    <w:link w:val="Nagwek1Znak"/>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527</Words>
  <Characters>3164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Wniosek o zgodę na korzystanie z telefonu ze względu na stan zdrowia</dc:title>
  <dc:subject/>
  <dc:creator>Marzena Siejewicz</dc:creator>
  <cp:keywords/>
  <dc:description>generated by python-docx</dc:description>
  <cp:lastModifiedBy>Nauczyciel</cp:lastModifiedBy>
  <cp:revision>2</cp:revision>
  <dcterms:created xsi:type="dcterms:W3CDTF">2026-09-17T13:50:00Z</dcterms:created>
  <dcterms:modified xsi:type="dcterms:W3CDTF">2026-09-17T13:50:00Z</dcterms:modified>
  <cp:category/>
</cp:coreProperties>
</file>